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43049" w14:textId="77777777" w:rsidR="001A39B2" w:rsidRDefault="006E2B73">
      <w:pPr>
        <w:pStyle w:val="CVETitle"/>
      </w:pPr>
      <w:r>
        <w:t>A NEW SEASON, SOME EXCITING CHANGES!</w:t>
      </w:r>
    </w:p>
    <w:p w14:paraId="53CD48BE" w14:textId="77777777" w:rsidR="001A39B2" w:rsidRDefault="006E2B73" w:rsidP="003C3F1D">
      <w:pPr>
        <w:jc w:val="both"/>
      </w:pPr>
      <w:r>
        <w:t>As we prepare to launch the 2026–2027 pickleball season, we would like to share some exciting changes and updates that have taken place over the last few months.</w:t>
      </w:r>
    </w:p>
    <w:p w14:paraId="056C9444" w14:textId="77777777" w:rsidR="001A39B2" w:rsidRDefault="006E2B73" w:rsidP="003C3F1D">
      <w:pPr>
        <w:pStyle w:val="CVEHeading"/>
        <w:spacing w:after="60"/>
        <w:jc w:val="both"/>
      </w:pPr>
      <w:r>
        <w:t>OUR CLUB IS NOW OFFICIALLY INCORPORATED!</w:t>
      </w:r>
    </w:p>
    <w:p w14:paraId="3180B61E" w14:textId="77777777" w:rsidR="001A39B2" w:rsidRDefault="006E2B73" w:rsidP="003C3F1D">
      <w:pPr>
        <w:jc w:val="both"/>
      </w:pPr>
      <w:r>
        <w:t>As of July 17, 2026, our Club officially became a Florida non-profit organization under the name CVE Pickleball Club, Inc.</w:t>
      </w:r>
    </w:p>
    <w:p w14:paraId="31D76654" w14:textId="77777777" w:rsidR="001A39B2" w:rsidRDefault="006E2B73" w:rsidP="003C3F1D">
      <w:pPr>
        <w:jc w:val="both"/>
      </w:pPr>
      <w:r>
        <w:t>This change will not affect how you enjoy your pickleball season. However, it provides the Club with a stronger governance structure, better organization, and increased protection for its directors and activity leaders.</w:t>
      </w:r>
    </w:p>
    <w:p w14:paraId="2F7D7EA8" w14:textId="77777777" w:rsidR="001A39B2" w:rsidRDefault="006E2B73" w:rsidP="003C3F1D">
      <w:pPr>
        <w:jc w:val="both"/>
      </w:pPr>
      <w:r>
        <w:t>This is an important milestone in the evolution of our Club!</w:t>
      </w:r>
    </w:p>
    <w:p w14:paraId="7C70BA36" w14:textId="77777777" w:rsidR="001A39B2" w:rsidRDefault="006E2B73">
      <w:pPr>
        <w:pStyle w:val="CVEHeading"/>
        <w:spacing w:after="60"/>
      </w:pPr>
      <w:r>
        <w:t>WAIVER FORM</w:t>
      </w:r>
    </w:p>
    <w:p w14:paraId="0BA498E4" w14:textId="77777777" w:rsidR="001A39B2" w:rsidRDefault="006E2B73" w:rsidP="003C3F1D">
      <w:pPr>
        <w:jc w:val="both"/>
      </w:pPr>
      <w:r>
        <w:t>As a result of the Club’s incorporation, several documents have been updated, including the Waiver form.</w:t>
      </w:r>
    </w:p>
    <w:p w14:paraId="448A0C43" w14:textId="77777777" w:rsidR="001A39B2" w:rsidRDefault="006E2B73" w:rsidP="003C3F1D">
      <w:pPr>
        <w:jc w:val="both"/>
      </w:pPr>
      <w:r>
        <w:rPr>
          <w:b/>
        </w:rPr>
        <w:t>Signing the new Waiver is mandatory for every player who wishes to participate in any Club activity.</w:t>
      </w:r>
      <w:r>
        <w:t xml:space="preserve"> No player will be permitted to participate until a completed and signed Waiver has been submitted to the Club.</w:t>
      </w:r>
    </w:p>
    <w:p w14:paraId="7F055155" w14:textId="77777777" w:rsidR="001A39B2" w:rsidRDefault="006E2B73" w:rsidP="003C3F1D">
      <w:pPr>
        <w:jc w:val="both"/>
      </w:pPr>
      <w:r>
        <w:t>The new Waiver forms will be distributed to team captains on November 19, 2026, and should be returned to the Club as soon as possible.</w:t>
      </w:r>
    </w:p>
    <w:p w14:paraId="0A0E38C5" w14:textId="77777777" w:rsidR="001A39B2" w:rsidRDefault="006E2B73" w:rsidP="003C3F1D">
      <w:pPr>
        <w:jc w:val="both"/>
      </w:pPr>
      <w:r>
        <w:t>Captains are responsible for ensuring that every player on their team has completed and signed the Waiver, without exception.</w:t>
      </w:r>
    </w:p>
    <w:p w14:paraId="5EA4A007" w14:textId="77777777" w:rsidR="001A39B2" w:rsidRDefault="006E2B73">
      <w:pPr>
        <w:pStyle w:val="CVEHeading"/>
        <w:spacing w:after="60"/>
      </w:pPr>
      <w:r>
        <w:t>BYLAWS</w:t>
      </w:r>
    </w:p>
    <w:p w14:paraId="6C9C0ACD" w14:textId="77777777" w:rsidR="001A39B2" w:rsidRDefault="006E2B73" w:rsidP="003C3F1D">
      <w:pPr>
        <w:jc w:val="both"/>
      </w:pPr>
      <w:r>
        <w:t>As a newly incorporated organization, CVE Pickleball Club has also adopted new Bylaws, which can be found on our website under the “CVEP CLUB” tab.</w:t>
      </w:r>
    </w:p>
    <w:p w14:paraId="395747A5" w14:textId="77777777" w:rsidR="001A39B2" w:rsidRDefault="006E2B73">
      <w:pPr>
        <w:pStyle w:val="CVEHeading"/>
        <w:spacing w:after="60"/>
      </w:pPr>
      <w:r>
        <w:t>A NEW ID CARD TO PROUDLY DISPLAY YOUR CLUB MEMBERSHIP!</w:t>
      </w:r>
    </w:p>
    <w:p w14:paraId="64645171" w14:textId="77777777" w:rsidR="001A39B2" w:rsidRDefault="006E2B73" w:rsidP="003C3F1D">
      <w:pPr>
        <w:jc w:val="both"/>
      </w:pPr>
      <w:r>
        <w:t>We are very pleased to announce a new addition this season: every Club member will receive an ID card featuring the CVEP Club logo!</w:t>
      </w:r>
    </w:p>
    <w:p w14:paraId="77954758" w14:textId="77777777" w:rsidR="001A39B2" w:rsidRDefault="006E2B73" w:rsidP="003C3F1D">
      <w:pPr>
        <w:jc w:val="both"/>
      </w:pPr>
      <w:r>
        <w:t>The card serves two purposes. First, it allows members to proudly display their Club membership by attaching it visibly to their sports bag.</w:t>
      </w:r>
    </w:p>
    <w:p w14:paraId="34DEFF5E" w14:textId="77777777" w:rsidR="001A39B2" w:rsidRDefault="006E2B73" w:rsidP="003C3F1D">
      <w:pPr>
        <w:jc w:val="both"/>
      </w:pPr>
      <w:r>
        <w:t>Second, it can help in the event of a medical emergency. The information on the back of the card will allow an emergency contact to be reached quickly if needed.</w:t>
      </w:r>
    </w:p>
    <w:p w14:paraId="69F7917D" w14:textId="77777777" w:rsidR="001A39B2" w:rsidRDefault="006E2B73" w:rsidP="003C3F1D">
      <w:pPr>
        <w:jc w:val="both"/>
      </w:pPr>
      <w:r>
        <w:t>One side will feature the CVEP Club logo, while the other will allow you to enter your identification information, along with the name and contact information of your emergency contact.</w:t>
      </w:r>
    </w:p>
    <w:p w14:paraId="5995482B" w14:textId="77777777" w:rsidR="001A39B2" w:rsidRDefault="006E2B73" w:rsidP="003C3F1D">
      <w:pPr>
        <w:jc w:val="both"/>
      </w:pPr>
      <w:r>
        <w:t>Over the summer, we had the pleasure of developing a partnership with a local Deerfield Beach business. We would like to warmly thank Jocelyn Silverman and the entire team at CUSTOM PLASTIC CARD CO. for their generous sponsorship and valuable support of the Club.</w:t>
      </w:r>
    </w:p>
    <w:p w14:paraId="4EFE78B4" w14:textId="77777777" w:rsidR="001A39B2" w:rsidRDefault="006E2B73" w:rsidP="003C3F1D">
      <w:pPr>
        <w:jc w:val="both"/>
      </w:pPr>
      <w:r>
        <w:t>All cards will be distributed to team captains on November 19.</w:t>
      </w:r>
    </w:p>
    <w:p w14:paraId="13697E7D" w14:textId="77777777" w:rsidR="001A39B2" w:rsidRDefault="006E2B73" w:rsidP="003C3F1D">
      <w:pPr>
        <w:jc w:val="both"/>
      </w:pPr>
      <w:r>
        <w:t>After that, it will be up to you to find the best way to display yours prominently on your sports bag!</w:t>
      </w:r>
    </w:p>
    <w:p w14:paraId="512646DE" w14:textId="77777777" w:rsidR="001A39B2" w:rsidRDefault="006E2B73" w:rsidP="003C3F1D">
      <w:pPr>
        <w:jc w:val="both"/>
      </w:pPr>
      <w:r>
        <w:t>New members joining us this season will also receive their card following registration.</w:t>
      </w:r>
    </w:p>
    <w:p w14:paraId="44799B19" w14:textId="77777777" w:rsidR="001A39B2" w:rsidRDefault="006E2B73" w:rsidP="003C3F1D">
      <w:pPr>
        <w:jc w:val="both"/>
      </w:pPr>
      <w:r>
        <w:t>A small card, but a great way to show our Club pride!</w:t>
      </w:r>
    </w:p>
    <w:p w14:paraId="083FEFDE" w14:textId="77777777" w:rsidR="001A39B2" w:rsidRDefault="006E2B73">
      <w:pPr>
        <w:pStyle w:val="CVEHeading"/>
        <w:spacing w:after="60"/>
      </w:pPr>
      <w:r>
        <w:lastRenderedPageBreak/>
        <w:t>AN IMPROVED AND EASIER-TO-USE WEBSITE!</w:t>
      </w:r>
    </w:p>
    <w:p w14:paraId="17E1CCB3" w14:textId="77777777" w:rsidR="001A39B2" w:rsidRDefault="006E2B73" w:rsidP="003C3F1D">
      <w:pPr>
        <w:jc w:val="both"/>
      </w:pPr>
      <w:r>
        <w:t>Since the end of last season, we have made several improvements to our website to make it more user-friendly and easier to navigate.</w:t>
      </w:r>
    </w:p>
    <w:p w14:paraId="4C76B995" w14:textId="77777777" w:rsidR="001A39B2" w:rsidRDefault="006E2B73" w:rsidP="003C3F1D">
      <w:pPr>
        <w:jc w:val="both"/>
      </w:pPr>
      <w:r>
        <w:t>Our goal is simple: to make it quick and easy for you to find the information you need.</w:t>
      </w:r>
    </w:p>
    <w:p w14:paraId="01BA58B5" w14:textId="77777777" w:rsidR="001A39B2" w:rsidRDefault="006E2B73" w:rsidP="003C3F1D">
      <w:pPr>
        <w:jc w:val="both"/>
      </w:pPr>
      <w:r>
        <w:t>Throughout the season, the homepage will be your main source for Club news and information. We will regularly post announcements, updates, and important information for all members.</w:t>
      </w:r>
    </w:p>
    <w:p w14:paraId="64E9C77B" w14:textId="77777777" w:rsidR="001A39B2" w:rsidRDefault="006E2B73" w:rsidP="003C3F1D">
      <w:pPr>
        <w:jc w:val="both"/>
      </w:pPr>
      <w:r>
        <w:t>We encourage you to get into the habit of checking the homepage regularly so you don’t miss anything!</w:t>
      </w:r>
    </w:p>
    <w:p w14:paraId="7796AE92" w14:textId="77777777" w:rsidR="001A39B2" w:rsidRDefault="006E2B73">
      <w:pPr>
        <w:pStyle w:val="CVEHeading"/>
        <w:spacing w:after="60"/>
      </w:pPr>
      <w:r>
        <w:t>CLUB MEMBERSHIP</w:t>
      </w:r>
    </w:p>
    <w:p w14:paraId="6AB415AA" w14:textId="77777777" w:rsidR="001A39B2" w:rsidRDefault="006E2B73" w:rsidP="003C3F1D">
      <w:pPr>
        <w:jc w:val="both"/>
      </w:pPr>
      <w:r>
        <w:t>In March 2026, approximately 700 members renewed their membership for the 2026–2027 season. This means that there are still many spots available for new members.</w:t>
      </w:r>
    </w:p>
    <w:p w14:paraId="19B01A10" w14:textId="77777777" w:rsidR="001A39B2" w:rsidRDefault="006E2B73" w:rsidP="003C3F1D">
      <w:pPr>
        <w:jc w:val="both"/>
      </w:pPr>
      <w:r w:rsidRPr="003C3F1D">
        <w:rPr>
          <w:b/>
          <w:bCs/>
          <w:i/>
          <w:iCs/>
        </w:rPr>
        <w:t>Online registration will open on October 15, 2026</w:t>
      </w:r>
      <w:r>
        <w:t>.</w:t>
      </w:r>
    </w:p>
    <w:p w14:paraId="13E4A298" w14:textId="77777777" w:rsidR="001A39B2" w:rsidRDefault="006E2B73" w:rsidP="003C3F1D">
      <w:pPr>
        <w:jc w:val="both"/>
      </w:pPr>
      <w:r>
        <w:t>If you are a current member and know players who would like to join the Club, please encourage them to visit cvepickleball.com, click the “Join us / Joignez-vous” button, and complete the registration form.</w:t>
      </w:r>
    </w:p>
    <w:p w14:paraId="453E5F56" w14:textId="77777777" w:rsidR="001A39B2" w:rsidRDefault="006E2B73" w:rsidP="003C3F1D">
      <w:pPr>
        <w:jc w:val="both"/>
      </w:pPr>
      <w:r>
        <w:t>If the number of applications exceeds the number of available spots, applications will be processed according to the date and time they were received.</w:t>
      </w:r>
    </w:p>
    <w:p w14:paraId="04DC2FFA" w14:textId="77777777" w:rsidR="001A39B2" w:rsidRDefault="006E2B73">
      <w:pPr>
        <w:pStyle w:val="CVEHeading"/>
        <w:spacing w:after="60"/>
      </w:pPr>
      <w:r>
        <w:t>KEEP AN EYE ON IMPORTANT DATES!</w:t>
      </w:r>
    </w:p>
    <w:p w14:paraId="0E29331C" w14:textId="77777777" w:rsidR="001A39B2" w:rsidRDefault="006E2B73" w:rsidP="003C3F1D">
      <w:pPr>
        <w:jc w:val="both"/>
      </w:pPr>
      <w:r>
        <w:t>We invite you to check the “Important Dates / Dates importantes” tab for the key dates of the 2026–2027 season.</w:t>
      </w:r>
    </w:p>
    <w:p w14:paraId="5D9A6FDE" w14:textId="77777777" w:rsidR="001A39B2" w:rsidRDefault="006E2B73">
      <w:r>
        <w:t>Additional dates will be added as they are confirmed throughout the season.</w:t>
      </w:r>
    </w:p>
    <w:p w14:paraId="08C2886B" w14:textId="77777777" w:rsidR="001A39B2" w:rsidRDefault="006E2B73">
      <w:pPr>
        <w:pStyle w:val="CVEHeading"/>
        <w:spacing w:after="60"/>
      </w:pPr>
      <w:r>
        <w:t>SATURDAY OPEN PLAY!</w:t>
      </w:r>
    </w:p>
    <w:p w14:paraId="29F83283" w14:textId="77777777" w:rsidR="001A39B2" w:rsidRDefault="006E2B73" w:rsidP="003C3F1D">
      <w:pPr>
        <w:jc w:val="both"/>
      </w:pPr>
      <w:r>
        <w:t>We are excited to introduce Saturday Open Play this season on a trial basis!</w:t>
      </w:r>
    </w:p>
    <w:p w14:paraId="31B68390" w14:textId="77777777" w:rsidR="001A39B2" w:rsidRDefault="006E2B73" w:rsidP="003C3F1D">
      <w:pPr>
        <w:jc w:val="both"/>
      </w:pPr>
      <w:r>
        <w:t>Nearly 70% of our teams responded to our survey and chose a five-day weekly schedule, leaving the sixth day available for Open Play.</w:t>
      </w:r>
    </w:p>
    <w:p w14:paraId="41E1F917" w14:textId="77777777" w:rsidR="001A39B2" w:rsidRDefault="006E2B73" w:rsidP="003C3F1D">
      <w:pPr>
        <w:jc w:val="both"/>
      </w:pPr>
      <w:r>
        <w:t>As a result, all courts at both the Parking Lot and the Clubhouse will be available for Open Play, for both Club members and non-members.</w:t>
      </w:r>
    </w:p>
    <w:p w14:paraId="151DAFAA" w14:textId="77777777" w:rsidR="001A39B2" w:rsidRDefault="006E2B73" w:rsidP="003C3F1D">
      <w:pPr>
        <w:jc w:val="both"/>
      </w:pPr>
      <w:r>
        <w:t>The 4 Clubhouse courts and 8 Parking Lot courts will be designated by skill level.</w:t>
      </w:r>
    </w:p>
    <w:p w14:paraId="2EE8CB19" w14:textId="77777777" w:rsidR="001A39B2" w:rsidRDefault="006E2B73" w:rsidP="003C3F1D">
      <w:pPr>
        <w:jc w:val="both"/>
      </w:pPr>
      <w:r>
        <w:t>A detailed message explaining how Saturday Open Play will operate will be published shortly.</w:t>
      </w:r>
    </w:p>
    <w:p w14:paraId="33C45CB8" w14:textId="77777777" w:rsidR="001A39B2" w:rsidRDefault="006E2B73">
      <w:pPr>
        <w:pStyle w:val="CVEHeading"/>
        <w:spacing w:after="60"/>
      </w:pPr>
      <w:r>
        <w:t>SWANSEA COURTS</w:t>
      </w:r>
    </w:p>
    <w:p w14:paraId="0F25C222" w14:textId="77777777" w:rsidR="001A39B2" w:rsidRDefault="006E2B73" w:rsidP="003C3F1D">
      <w:pPr>
        <w:jc w:val="both"/>
      </w:pPr>
      <w:r>
        <w:t>For the 2026–2027 season, the Club will use the Swansea courts Monday through Friday only.</w:t>
      </w:r>
    </w:p>
    <w:p w14:paraId="36954A2D" w14:textId="77777777" w:rsidR="001A39B2" w:rsidRDefault="006E2B73" w:rsidP="003C3F1D">
      <w:pPr>
        <w:jc w:val="both"/>
      </w:pPr>
      <w:r>
        <w:t>The four courts will not be available for reservations on Saturdays, for either members or non-members.</w:t>
      </w:r>
    </w:p>
    <w:p w14:paraId="184B6030" w14:textId="77777777" w:rsidR="001A39B2" w:rsidRDefault="006E2B73">
      <w:pPr>
        <w:pStyle w:val="CVEHeading"/>
        <w:spacing w:after="60"/>
      </w:pPr>
      <w:r>
        <w:t>AMBASSADORS</w:t>
      </w:r>
    </w:p>
    <w:p w14:paraId="1EB5E1FD" w14:textId="77777777" w:rsidR="001A39B2" w:rsidRDefault="006E2B73" w:rsidP="003C3F1D">
      <w:pPr>
        <w:jc w:val="both"/>
      </w:pPr>
      <w:r>
        <w:t>The Ambassador Program is returning this year!</w:t>
      </w:r>
    </w:p>
    <w:p w14:paraId="42AB6480" w14:textId="77777777" w:rsidR="001A39B2" w:rsidRDefault="006E2B73" w:rsidP="003C3F1D">
      <w:pPr>
        <w:jc w:val="both"/>
      </w:pPr>
      <w:r>
        <w:t>We would once again like to thank all of our Ambassadors. Many of you sent us messages highlighting their exceptional work and availability.</w:t>
      </w:r>
    </w:p>
    <w:p w14:paraId="443B682E" w14:textId="77777777" w:rsidR="001A39B2" w:rsidRDefault="006E2B73" w:rsidP="003C3F1D">
      <w:pPr>
        <w:jc w:val="both"/>
      </w:pPr>
      <w:r>
        <w:t>We will be making a few minor adjustments to the program, but nothing significant.</w:t>
      </w:r>
    </w:p>
    <w:p w14:paraId="361872D8" w14:textId="77777777" w:rsidR="001A39B2" w:rsidRDefault="006E2B73">
      <w:pPr>
        <w:pStyle w:val="CVEHeading"/>
        <w:spacing w:after="60"/>
      </w:pPr>
      <w:r>
        <w:t>ADAM &amp; EVE SUNDAYS</w:t>
      </w:r>
    </w:p>
    <w:p w14:paraId="62FAA2E8" w14:textId="77777777" w:rsidR="001A39B2" w:rsidRDefault="006E2B73" w:rsidP="003C3F1D">
      <w:pPr>
        <w:jc w:val="both"/>
      </w:pPr>
      <w:r>
        <w:t>This popular activity is also returning, once again under the remarkable coordination of Gilles Généreux and Anne Gauthier.</w:t>
      </w:r>
    </w:p>
    <w:p w14:paraId="44488156" w14:textId="77777777" w:rsidR="001A39B2" w:rsidRDefault="006E2B73">
      <w:pPr>
        <w:pStyle w:val="CVEHeading"/>
        <w:spacing w:after="60"/>
      </w:pPr>
      <w:r>
        <w:t>CAPTAINS’ MEETING</w:t>
      </w:r>
    </w:p>
    <w:p w14:paraId="2C969F07" w14:textId="77777777" w:rsidR="001A39B2" w:rsidRDefault="006E2B73" w:rsidP="003C3F1D">
      <w:pPr>
        <w:jc w:val="both"/>
      </w:pPr>
      <w:r>
        <w:t>The Captains’ Meeting will take place on November 19, 2026, at 1:00 PM, in Room GP A at the Clubhouse.</w:t>
      </w:r>
    </w:p>
    <w:p w14:paraId="7411C23E" w14:textId="77777777" w:rsidR="003C3F1D" w:rsidRDefault="003C3F1D" w:rsidP="003C3F1D">
      <w:pPr>
        <w:jc w:val="both"/>
      </w:pPr>
    </w:p>
    <w:p w14:paraId="295FA0C4" w14:textId="77777777" w:rsidR="001A39B2" w:rsidRDefault="006E2B73">
      <w:r>
        <w:t>We are very much looking forward to another great season with you—filled with pickleball, friendly competition, new friendships and, above all, FUN!</w:t>
      </w:r>
    </w:p>
    <w:p w14:paraId="54A75525" w14:textId="77777777" w:rsidR="001A39B2" w:rsidRDefault="006E2B73">
      <w:pPr>
        <w:spacing w:before="160"/>
      </w:pPr>
      <w:r>
        <w:rPr>
          <w:i/>
        </w:rPr>
        <w:t>Let’s make the 2026–2027 season another memorable one!</w:t>
      </w:r>
    </w:p>
    <w:p w14:paraId="327A5365" w14:textId="77777777" w:rsidR="001A39B2" w:rsidRDefault="006E2B73">
      <w:pPr>
        <w:spacing w:before="200" w:after="40"/>
      </w:pPr>
      <w:r>
        <w:rPr>
          <w:b/>
        </w:rPr>
        <w:t>Your Board of Directors</w:t>
      </w:r>
    </w:p>
    <w:p w14:paraId="19DE1333" w14:textId="77777777" w:rsidR="001A39B2" w:rsidRDefault="006E2B73">
      <w:r>
        <w:rPr>
          <w:i/>
        </w:rPr>
        <w:t>Stéphane, Karyn, Lise, Marie-Anne, Jocelyn, Benoit and Peter</w:t>
      </w:r>
    </w:p>
    <w:p w14:paraId="77934645" w14:textId="77777777" w:rsidR="001A39B2" w:rsidRDefault="006E2B73">
      <w:r>
        <w:br w:type="page"/>
      </w:r>
    </w:p>
    <w:p w14:paraId="67FBAE7D" w14:textId="77777777" w:rsidR="001A39B2" w:rsidRPr="003C3F1D" w:rsidRDefault="006E2B73">
      <w:pPr>
        <w:pStyle w:val="CVETitle"/>
        <w:rPr>
          <w:lang w:val="fr-CA"/>
        </w:rPr>
      </w:pPr>
      <w:r w:rsidRPr="003C3F1D">
        <w:rPr>
          <w:lang w:val="fr-CA"/>
        </w:rPr>
        <w:t>UNE NOUVELLE SAISON, QUELQUES BELLES NOUVEAUTÉS!</w:t>
      </w:r>
    </w:p>
    <w:p w14:paraId="3D61E121" w14:textId="77777777" w:rsidR="001A39B2" w:rsidRPr="003C3F1D" w:rsidRDefault="006E2B73">
      <w:pPr>
        <w:rPr>
          <w:lang w:val="fr-CA"/>
        </w:rPr>
      </w:pPr>
      <w:r w:rsidRPr="003C3F1D">
        <w:rPr>
          <w:lang w:val="fr-CA"/>
        </w:rPr>
        <w:t xml:space="preserve">Alors que nous nous préparons à lancer la saison de </w:t>
      </w:r>
      <w:proofErr w:type="spellStart"/>
      <w:r w:rsidRPr="003C3F1D">
        <w:rPr>
          <w:lang w:val="fr-CA"/>
        </w:rPr>
        <w:t>pickleball</w:t>
      </w:r>
      <w:proofErr w:type="spellEnd"/>
      <w:r w:rsidRPr="003C3F1D">
        <w:rPr>
          <w:lang w:val="fr-CA"/>
        </w:rPr>
        <w:t xml:space="preserve"> 2026–2027, nous souhaitons vous faire part de plusieurs nouveautés et changements apportés au cours des derniers mois.</w:t>
      </w:r>
    </w:p>
    <w:p w14:paraId="6F068228" w14:textId="77777777" w:rsidR="001A39B2" w:rsidRPr="003C3F1D" w:rsidRDefault="006E2B73">
      <w:pPr>
        <w:pStyle w:val="CVEHeading"/>
        <w:spacing w:after="60"/>
        <w:rPr>
          <w:lang w:val="fr-CA"/>
        </w:rPr>
      </w:pPr>
      <w:r w:rsidRPr="003C3F1D">
        <w:rPr>
          <w:lang w:val="fr-CA"/>
        </w:rPr>
        <w:t>NOTRE CLUB EST MAINTENANT OFFICIELLEMENT INCORPORÉ!</w:t>
      </w:r>
    </w:p>
    <w:p w14:paraId="67BC2A32" w14:textId="77777777" w:rsidR="001A39B2" w:rsidRPr="003C3F1D" w:rsidRDefault="006E2B73" w:rsidP="00F727D0">
      <w:pPr>
        <w:jc w:val="both"/>
        <w:rPr>
          <w:lang w:val="fr-CA"/>
        </w:rPr>
      </w:pPr>
      <w:r w:rsidRPr="003C3F1D">
        <w:rPr>
          <w:lang w:val="fr-CA"/>
        </w:rPr>
        <w:t xml:space="preserve">Depuis le 17 juillet 2026, notre Club est officiellement devenu une organisation à but non lucratif de Floride sous le nom de CVE </w:t>
      </w:r>
      <w:proofErr w:type="spellStart"/>
      <w:r w:rsidRPr="003C3F1D">
        <w:rPr>
          <w:lang w:val="fr-CA"/>
        </w:rPr>
        <w:t>Pickleball</w:t>
      </w:r>
      <w:proofErr w:type="spellEnd"/>
      <w:r w:rsidRPr="003C3F1D">
        <w:rPr>
          <w:lang w:val="fr-CA"/>
        </w:rPr>
        <w:t xml:space="preserve"> Club, Inc.</w:t>
      </w:r>
    </w:p>
    <w:p w14:paraId="38ABAF22" w14:textId="77777777" w:rsidR="001A39B2" w:rsidRPr="003C3F1D" w:rsidRDefault="006E2B73" w:rsidP="00F727D0">
      <w:pPr>
        <w:jc w:val="both"/>
        <w:rPr>
          <w:lang w:val="fr-CA"/>
        </w:rPr>
      </w:pPr>
      <w:r w:rsidRPr="003C3F1D">
        <w:rPr>
          <w:lang w:val="fr-CA"/>
        </w:rPr>
        <w:t xml:space="preserve">Ce changement n’aura aucun impact sur la façon dont vous profiterez de votre saison de </w:t>
      </w:r>
      <w:proofErr w:type="spellStart"/>
      <w:r w:rsidRPr="003C3F1D">
        <w:rPr>
          <w:lang w:val="fr-CA"/>
        </w:rPr>
        <w:t>pickleball</w:t>
      </w:r>
      <w:proofErr w:type="spellEnd"/>
      <w:r w:rsidRPr="003C3F1D">
        <w:rPr>
          <w:lang w:val="fr-CA"/>
        </w:rPr>
        <w:t>. Il permettra toutefois au Club de bénéficier d’une structure de gouvernance plus solide, d’une meilleure organisation ainsi que d’une protection accrue pour ses administrateurs et ses responsables d’activités.</w:t>
      </w:r>
    </w:p>
    <w:p w14:paraId="2D6A8591" w14:textId="77777777" w:rsidR="001A39B2" w:rsidRPr="003C3F1D" w:rsidRDefault="006E2B73" w:rsidP="00F727D0">
      <w:pPr>
        <w:jc w:val="both"/>
        <w:rPr>
          <w:lang w:val="fr-CA"/>
        </w:rPr>
      </w:pPr>
      <w:r w:rsidRPr="003C3F1D">
        <w:rPr>
          <w:lang w:val="fr-CA"/>
        </w:rPr>
        <w:t>Il s’agit d’une étape importante dans l’évolution de notre Club!</w:t>
      </w:r>
    </w:p>
    <w:p w14:paraId="6A92D9D3" w14:textId="116F6523" w:rsidR="001A39B2" w:rsidRPr="003C3F1D" w:rsidRDefault="006E2B73">
      <w:pPr>
        <w:pStyle w:val="CVEHeading"/>
        <w:spacing w:after="60"/>
        <w:rPr>
          <w:lang w:val="fr-CA"/>
        </w:rPr>
      </w:pPr>
      <w:r w:rsidRPr="003C3F1D">
        <w:rPr>
          <w:lang w:val="fr-CA"/>
        </w:rPr>
        <w:t>FORMULAIRE DE RENONCIATION</w:t>
      </w:r>
      <w:r w:rsidR="00F727D0">
        <w:rPr>
          <w:lang w:val="fr-CA"/>
        </w:rPr>
        <w:t xml:space="preserve"> (</w:t>
      </w:r>
      <w:proofErr w:type="spellStart"/>
      <w:r w:rsidR="00F727D0">
        <w:rPr>
          <w:lang w:val="fr-CA"/>
        </w:rPr>
        <w:t>Waiver</w:t>
      </w:r>
      <w:proofErr w:type="spellEnd"/>
      <w:r w:rsidR="00F727D0">
        <w:rPr>
          <w:lang w:val="fr-CA"/>
        </w:rPr>
        <w:t>)</w:t>
      </w:r>
    </w:p>
    <w:p w14:paraId="1EBB5ECD" w14:textId="77777777" w:rsidR="001A39B2" w:rsidRPr="003C3F1D" w:rsidRDefault="006E2B73" w:rsidP="00F727D0">
      <w:pPr>
        <w:jc w:val="both"/>
        <w:rPr>
          <w:lang w:val="fr-CA"/>
        </w:rPr>
      </w:pPr>
      <w:r w:rsidRPr="003C3F1D">
        <w:rPr>
          <w:lang w:val="fr-CA"/>
        </w:rPr>
        <w:t>À la suite de l’incorporation du Club, plusieurs documents ont été mis à jour, dont le formulaire de renonciation.</w:t>
      </w:r>
    </w:p>
    <w:p w14:paraId="1530AE93" w14:textId="77777777" w:rsidR="001A39B2" w:rsidRPr="003C3F1D" w:rsidRDefault="006E2B73" w:rsidP="00F727D0">
      <w:pPr>
        <w:jc w:val="both"/>
        <w:rPr>
          <w:lang w:val="fr-CA"/>
        </w:rPr>
      </w:pPr>
      <w:r w:rsidRPr="003C3F1D">
        <w:rPr>
          <w:b/>
          <w:lang w:val="fr-CA"/>
        </w:rPr>
        <w:t>La signature du nouveau formulaire de renonciation est obligatoire pour tout joueur qui souhaite participer à une activité du Club.</w:t>
      </w:r>
      <w:r w:rsidRPr="003C3F1D">
        <w:rPr>
          <w:lang w:val="fr-CA"/>
        </w:rPr>
        <w:t xml:space="preserve"> Aucun joueur ne pourra participer tant qu’un formulaire dûment rempli et signé n’aura pas été remis au Club.</w:t>
      </w:r>
    </w:p>
    <w:p w14:paraId="07A5F78D" w14:textId="77777777" w:rsidR="001A39B2" w:rsidRPr="003C3F1D" w:rsidRDefault="006E2B73" w:rsidP="00F727D0">
      <w:pPr>
        <w:jc w:val="both"/>
        <w:rPr>
          <w:lang w:val="fr-CA"/>
        </w:rPr>
      </w:pPr>
      <w:r w:rsidRPr="003C3F1D">
        <w:rPr>
          <w:lang w:val="fr-CA"/>
        </w:rPr>
        <w:t>Les nouveaux formulaires seront remis aux capitaines le 19 novembre 2026 et devront être retournés au Club dans les meilleurs délais.</w:t>
      </w:r>
    </w:p>
    <w:p w14:paraId="05168DE7" w14:textId="77777777" w:rsidR="001A39B2" w:rsidRPr="003C3F1D" w:rsidRDefault="006E2B73" w:rsidP="00F727D0">
      <w:pPr>
        <w:jc w:val="both"/>
        <w:rPr>
          <w:lang w:val="fr-CA"/>
        </w:rPr>
      </w:pPr>
      <w:r w:rsidRPr="003C3F1D">
        <w:rPr>
          <w:lang w:val="fr-CA"/>
        </w:rPr>
        <w:t>Les capitaines devront s’assurer que chaque joueur de leur équipe a rempli et signé le formulaire de renonciation, sans exception.</w:t>
      </w:r>
    </w:p>
    <w:p w14:paraId="4D4E9ACD" w14:textId="77777777" w:rsidR="001A39B2" w:rsidRPr="003C3F1D" w:rsidRDefault="006E2B73">
      <w:pPr>
        <w:pStyle w:val="CVEHeading"/>
        <w:spacing w:after="60"/>
        <w:rPr>
          <w:lang w:val="fr-CA"/>
        </w:rPr>
      </w:pPr>
      <w:r w:rsidRPr="003C3F1D">
        <w:rPr>
          <w:lang w:val="fr-CA"/>
        </w:rPr>
        <w:t>RÈGLEMENTS ADMINISTRATIFS (BYLAWS)</w:t>
      </w:r>
    </w:p>
    <w:p w14:paraId="5B959A0A" w14:textId="77777777" w:rsidR="001A39B2" w:rsidRPr="003C3F1D" w:rsidRDefault="006E2B73" w:rsidP="00F727D0">
      <w:pPr>
        <w:jc w:val="both"/>
        <w:rPr>
          <w:lang w:val="fr-CA"/>
        </w:rPr>
      </w:pPr>
      <w:r w:rsidRPr="003C3F1D">
        <w:rPr>
          <w:lang w:val="fr-CA"/>
        </w:rPr>
        <w:t xml:space="preserve">À la suite de son incorporation, le CVE </w:t>
      </w:r>
      <w:proofErr w:type="spellStart"/>
      <w:r w:rsidRPr="003C3F1D">
        <w:rPr>
          <w:lang w:val="fr-CA"/>
        </w:rPr>
        <w:t>Pickleball</w:t>
      </w:r>
      <w:proofErr w:type="spellEnd"/>
      <w:r w:rsidRPr="003C3F1D">
        <w:rPr>
          <w:lang w:val="fr-CA"/>
        </w:rPr>
        <w:t xml:space="preserve"> Club s’est également doté de nouveaux règlements administratifs (</w:t>
      </w:r>
      <w:proofErr w:type="spellStart"/>
      <w:r w:rsidRPr="003C3F1D">
        <w:rPr>
          <w:lang w:val="fr-CA"/>
        </w:rPr>
        <w:t>Bylaws</w:t>
      </w:r>
      <w:proofErr w:type="spellEnd"/>
      <w:r w:rsidRPr="003C3F1D">
        <w:rPr>
          <w:lang w:val="fr-CA"/>
        </w:rPr>
        <w:t>), que vous trouverez sur notre site Web sous l’onglet « CVEP CLUB ».</w:t>
      </w:r>
    </w:p>
    <w:p w14:paraId="15435D3C" w14:textId="77777777" w:rsidR="001A39B2" w:rsidRPr="003C3F1D" w:rsidRDefault="006E2B73">
      <w:pPr>
        <w:pStyle w:val="CVEHeading"/>
        <w:spacing w:after="60"/>
        <w:rPr>
          <w:lang w:val="fr-CA"/>
        </w:rPr>
      </w:pPr>
      <w:r w:rsidRPr="003C3F1D">
        <w:rPr>
          <w:lang w:val="fr-CA"/>
        </w:rPr>
        <w:t>UNE NOUVELLE CARTE D’IDENTITÉ POUR AFFICHER FIÈREMENT VOTRE APPARTENANCE AU CLUB!</w:t>
      </w:r>
    </w:p>
    <w:p w14:paraId="545C73FA" w14:textId="77777777" w:rsidR="001A39B2" w:rsidRPr="003C3F1D" w:rsidRDefault="006E2B73" w:rsidP="00F727D0">
      <w:pPr>
        <w:jc w:val="both"/>
        <w:rPr>
          <w:lang w:val="fr-CA"/>
        </w:rPr>
      </w:pPr>
      <w:r w:rsidRPr="003C3F1D">
        <w:rPr>
          <w:lang w:val="fr-CA"/>
        </w:rPr>
        <w:t>Nous sommes très heureux de vous annoncer une nouveauté cette saison : chaque membre du Club recevra une carte d’identité arborant le logo du CVEP Club!</w:t>
      </w:r>
    </w:p>
    <w:p w14:paraId="79DA2BF6" w14:textId="77777777" w:rsidR="001A39B2" w:rsidRPr="003C3F1D" w:rsidRDefault="006E2B73" w:rsidP="00F727D0">
      <w:pPr>
        <w:jc w:val="both"/>
        <w:rPr>
          <w:lang w:val="fr-CA"/>
        </w:rPr>
      </w:pPr>
      <w:r w:rsidRPr="003C3F1D">
        <w:rPr>
          <w:lang w:val="fr-CA"/>
        </w:rPr>
        <w:t>Cette carte a un double objectif.</w:t>
      </w:r>
    </w:p>
    <w:p w14:paraId="41D57D05" w14:textId="77777777" w:rsidR="001A39B2" w:rsidRPr="003C3F1D" w:rsidRDefault="006E2B73" w:rsidP="00F727D0">
      <w:pPr>
        <w:jc w:val="both"/>
        <w:rPr>
          <w:lang w:val="fr-CA"/>
        </w:rPr>
      </w:pPr>
      <w:r w:rsidRPr="003C3F1D">
        <w:rPr>
          <w:lang w:val="fr-CA"/>
        </w:rPr>
        <w:t>Elle permettra d’abord à chacun d’afficher fièrement son appartenance au Club en la fixant bien en vue sur son sac de sport.</w:t>
      </w:r>
    </w:p>
    <w:p w14:paraId="3629FE03" w14:textId="77777777" w:rsidR="001A39B2" w:rsidRPr="003C3F1D" w:rsidRDefault="006E2B73" w:rsidP="00F727D0">
      <w:pPr>
        <w:jc w:val="both"/>
        <w:rPr>
          <w:lang w:val="fr-CA"/>
        </w:rPr>
      </w:pPr>
      <w:r w:rsidRPr="003C3F1D">
        <w:rPr>
          <w:lang w:val="fr-CA"/>
        </w:rPr>
        <w:t>Elle pourra également être utile en cas d’urgence médicale. Les renseignements inscrits au verso permettront de joindre rapidement une personne à contacter en cas d’urgence.</w:t>
      </w:r>
    </w:p>
    <w:p w14:paraId="040280BA" w14:textId="77777777" w:rsidR="001A39B2" w:rsidRPr="003C3F1D" w:rsidRDefault="006E2B73" w:rsidP="00F727D0">
      <w:pPr>
        <w:jc w:val="both"/>
        <w:rPr>
          <w:lang w:val="fr-CA"/>
        </w:rPr>
      </w:pPr>
      <w:r w:rsidRPr="003C3F1D">
        <w:rPr>
          <w:lang w:val="fr-CA"/>
        </w:rPr>
        <w:t>Une face affichera le logo du CVEP Club, tandis que l’autre vous permettra d’inscrire vos renseignements d’identification ainsi que le nom et les coordonnées de votre personne à contacter en cas d’urgence.</w:t>
      </w:r>
    </w:p>
    <w:p w14:paraId="6F11058E" w14:textId="77777777" w:rsidR="001A39B2" w:rsidRPr="003C3F1D" w:rsidRDefault="006E2B73" w:rsidP="00F727D0">
      <w:pPr>
        <w:jc w:val="both"/>
        <w:rPr>
          <w:lang w:val="fr-CA"/>
        </w:rPr>
      </w:pPr>
      <w:r w:rsidRPr="003C3F1D">
        <w:rPr>
          <w:lang w:val="fr-CA"/>
        </w:rPr>
        <w:t>Au cours de l’été, nous avons eu le plaisir de développer un partenariat avec une entreprise locale de Deerfield Beach. Nous tenons à remercier chaleureusement Jocelyn Silverman et toute l’équipe de CUSTOM PLASTIC CARD CO. pour leur généreuse commandite et leur précieux soutien au Club.</w:t>
      </w:r>
    </w:p>
    <w:p w14:paraId="7B0F1C4E" w14:textId="77777777" w:rsidR="001A39B2" w:rsidRPr="003C3F1D" w:rsidRDefault="006E2B73" w:rsidP="00F727D0">
      <w:pPr>
        <w:jc w:val="both"/>
        <w:rPr>
          <w:lang w:val="fr-CA"/>
        </w:rPr>
      </w:pPr>
      <w:r w:rsidRPr="003C3F1D">
        <w:rPr>
          <w:lang w:val="fr-CA"/>
        </w:rPr>
        <w:t>Toutes les cartes seront remises aux capitaines des équipes le 19 novembre.</w:t>
      </w:r>
    </w:p>
    <w:p w14:paraId="0DBDE921" w14:textId="77777777" w:rsidR="001A39B2" w:rsidRPr="003C3F1D" w:rsidRDefault="006E2B73" w:rsidP="00F727D0">
      <w:pPr>
        <w:jc w:val="both"/>
        <w:rPr>
          <w:lang w:val="fr-CA"/>
        </w:rPr>
      </w:pPr>
      <w:r w:rsidRPr="003C3F1D">
        <w:rPr>
          <w:lang w:val="fr-CA"/>
        </w:rPr>
        <w:t>Il ne vous restera ensuite qu’à trouver la meilleure façon de bien afficher la vôtre sur votre sac de sport!</w:t>
      </w:r>
    </w:p>
    <w:p w14:paraId="49A55627" w14:textId="77777777" w:rsidR="001A39B2" w:rsidRPr="003C3F1D" w:rsidRDefault="006E2B73" w:rsidP="00F727D0">
      <w:pPr>
        <w:jc w:val="both"/>
        <w:rPr>
          <w:lang w:val="fr-CA"/>
        </w:rPr>
      </w:pPr>
      <w:r w:rsidRPr="003C3F1D">
        <w:rPr>
          <w:lang w:val="fr-CA"/>
        </w:rPr>
        <w:t xml:space="preserve">Les nouveaux membres qui se joindront à nous cette saison </w:t>
      </w:r>
      <w:proofErr w:type="gramStart"/>
      <w:r w:rsidRPr="003C3F1D">
        <w:rPr>
          <w:lang w:val="fr-CA"/>
        </w:rPr>
        <w:t>recevront</w:t>
      </w:r>
      <w:proofErr w:type="gramEnd"/>
      <w:r w:rsidRPr="003C3F1D">
        <w:rPr>
          <w:lang w:val="fr-CA"/>
        </w:rPr>
        <w:t xml:space="preserve"> également leur carte après leur inscription.</w:t>
      </w:r>
    </w:p>
    <w:p w14:paraId="66E6F4BA" w14:textId="77777777" w:rsidR="001A39B2" w:rsidRPr="003C3F1D" w:rsidRDefault="006E2B73" w:rsidP="00F727D0">
      <w:pPr>
        <w:jc w:val="both"/>
        <w:rPr>
          <w:lang w:val="fr-CA"/>
        </w:rPr>
      </w:pPr>
      <w:r w:rsidRPr="003C3F1D">
        <w:rPr>
          <w:lang w:val="fr-CA"/>
        </w:rPr>
        <w:t>Une petite carte, mais une belle façon d’afficher notre fierté d’appartenir au Club!</w:t>
      </w:r>
    </w:p>
    <w:p w14:paraId="45476640" w14:textId="77777777" w:rsidR="001A39B2" w:rsidRPr="003C3F1D" w:rsidRDefault="006E2B73">
      <w:pPr>
        <w:pStyle w:val="CVEHeading"/>
        <w:spacing w:after="60"/>
        <w:rPr>
          <w:lang w:val="fr-CA"/>
        </w:rPr>
      </w:pPr>
      <w:r w:rsidRPr="003C3F1D">
        <w:rPr>
          <w:lang w:val="fr-CA"/>
        </w:rPr>
        <w:t>UN SITE WEB AMÉLIORÉ ET PLUS FACILE À UTILISER!</w:t>
      </w:r>
    </w:p>
    <w:p w14:paraId="5F2A878E" w14:textId="77777777" w:rsidR="001A39B2" w:rsidRPr="003C3F1D" w:rsidRDefault="006E2B73" w:rsidP="00F727D0">
      <w:pPr>
        <w:jc w:val="both"/>
        <w:rPr>
          <w:lang w:val="fr-CA"/>
        </w:rPr>
      </w:pPr>
      <w:r w:rsidRPr="003C3F1D">
        <w:rPr>
          <w:lang w:val="fr-CA"/>
        </w:rPr>
        <w:t>Depuis la fin de la dernière saison, nous avons apporté plusieurs améliorations à notre site Web afin de le rendre encore plus convivial et facile à consulter.</w:t>
      </w:r>
    </w:p>
    <w:p w14:paraId="7D9F3869" w14:textId="77777777" w:rsidR="001A39B2" w:rsidRPr="003C3F1D" w:rsidRDefault="006E2B73" w:rsidP="00F727D0">
      <w:pPr>
        <w:jc w:val="both"/>
        <w:rPr>
          <w:lang w:val="fr-CA"/>
        </w:rPr>
      </w:pPr>
      <w:r w:rsidRPr="003C3F1D">
        <w:rPr>
          <w:lang w:val="fr-CA"/>
        </w:rPr>
        <w:t>Notre objectif est simple : vous permettre de trouver rapidement l’information que vous recherchez.</w:t>
      </w:r>
    </w:p>
    <w:p w14:paraId="60440E93" w14:textId="77777777" w:rsidR="001A39B2" w:rsidRPr="003C3F1D" w:rsidRDefault="006E2B73" w:rsidP="00F727D0">
      <w:pPr>
        <w:jc w:val="both"/>
        <w:rPr>
          <w:lang w:val="fr-CA"/>
        </w:rPr>
      </w:pPr>
      <w:r w:rsidRPr="003C3F1D">
        <w:rPr>
          <w:lang w:val="fr-CA"/>
        </w:rPr>
        <w:t>Tout au long de la saison, la page d’accueil sera votre principal point de repère pour rester informés. Nous y publierons régulièrement les annonces, les nouvelles et les renseignements importants destinés à tous les membres.</w:t>
      </w:r>
    </w:p>
    <w:p w14:paraId="2DF0161D" w14:textId="77777777" w:rsidR="001A39B2" w:rsidRPr="003C3F1D" w:rsidRDefault="006E2B73" w:rsidP="00F727D0">
      <w:pPr>
        <w:jc w:val="both"/>
        <w:rPr>
          <w:lang w:val="fr-CA"/>
        </w:rPr>
      </w:pPr>
      <w:r w:rsidRPr="003C3F1D">
        <w:rPr>
          <w:lang w:val="fr-CA"/>
        </w:rPr>
        <w:t>Nous vous invitons donc à prendre l’habitude de consulter régulièrement notre page d’accueil afin de ne rien manquer!</w:t>
      </w:r>
    </w:p>
    <w:p w14:paraId="6E8D21E9" w14:textId="77777777" w:rsidR="001A39B2" w:rsidRPr="003C3F1D" w:rsidRDefault="006E2B73">
      <w:pPr>
        <w:pStyle w:val="CVEHeading"/>
        <w:spacing w:after="60"/>
        <w:rPr>
          <w:lang w:val="fr-CA"/>
        </w:rPr>
      </w:pPr>
      <w:r w:rsidRPr="003C3F1D">
        <w:rPr>
          <w:lang w:val="fr-CA"/>
        </w:rPr>
        <w:t>ADHÉSION AU CLUB</w:t>
      </w:r>
    </w:p>
    <w:p w14:paraId="375ADD82" w14:textId="77777777" w:rsidR="001A39B2" w:rsidRPr="003C3F1D" w:rsidRDefault="006E2B73">
      <w:pPr>
        <w:rPr>
          <w:lang w:val="fr-CA"/>
        </w:rPr>
      </w:pPr>
      <w:r w:rsidRPr="003C3F1D">
        <w:rPr>
          <w:lang w:val="fr-CA"/>
        </w:rPr>
        <w:t>En mars 2026, environ 700 membres ont renouvelé leur adhésion au Club pour la saison 2026–2027. Il reste donc encore plusieurs places disponibles pour de nouveaux membres.</w:t>
      </w:r>
    </w:p>
    <w:p w14:paraId="33F0936D" w14:textId="77777777" w:rsidR="001A39B2" w:rsidRPr="00F727D0" w:rsidRDefault="006E2B73">
      <w:pPr>
        <w:rPr>
          <w:b/>
          <w:bCs/>
          <w:i/>
          <w:iCs/>
          <w:lang w:val="fr-CA"/>
        </w:rPr>
      </w:pPr>
      <w:r w:rsidRPr="00F727D0">
        <w:rPr>
          <w:b/>
          <w:bCs/>
          <w:i/>
          <w:iCs/>
          <w:lang w:val="fr-CA"/>
        </w:rPr>
        <w:t>Les inscriptions en ligne débuteront le 15 octobre 2026.</w:t>
      </w:r>
    </w:p>
    <w:p w14:paraId="2F549637" w14:textId="77777777" w:rsidR="001A39B2" w:rsidRPr="003C3F1D" w:rsidRDefault="006E2B73" w:rsidP="00F727D0">
      <w:pPr>
        <w:jc w:val="both"/>
        <w:rPr>
          <w:lang w:val="fr-CA"/>
        </w:rPr>
      </w:pPr>
      <w:r w:rsidRPr="003C3F1D">
        <w:rPr>
          <w:lang w:val="fr-CA"/>
        </w:rPr>
        <w:t xml:space="preserve">Si vous êtes membre du Club et connaissez des joueurs qui aimeraient se joindre à nous, invitez-les à visiter cvepickleball.com, à cliquer sur le bouton « </w:t>
      </w:r>
      <w:proofErr w:type="spellStart"/>
      <w:r w:rsidRPr="003C3F1D">
        <w:rPr>
          <w:lang w:val="fr-CA"/>
        </w:rPr>
        <w:t>Join</w:t>
      </w:r>
      <w:proofErr w:type="spellEnd"/>
      <w:r w:rsidRPr="003C3F1D">
        <w:rPr>
          <w:lang w:val="fr-CA"/>
        </w:rPr>
        <w:t xml:space="preserve"> us / Joignez-vous » et à remplir le formulaire d’inscription.</w:t>
      </w:r>
    </w:p>
    <w:p w14:paraId="5B1378BF" w14:textId="77777777" w:rsidR="001A39B2" w:rsidRPr="003C3F1D" w:rsidRDefault="006E2B73" w:rsidP="00F727D0">
      <w:pPr>
        <w:jc w:val="both"/>
        <w:rPr>
          <w:lang w:val="fr-CA"/>
        </w:rPr>
      </w:pPr>
      <w:r w:rsidRPr="003C3F1D">
        <w:rPr>
          <w:lang w:val="fr-CA"/>
        </w:rPr>
        <w:t>Si le nombre de demandes dépasse le nombre de places disponibles, celles-ci seront traitées selon la date et l’heure auxquelles elles auront été reçues.</w:t>
      </w:r>
    </w:p>
    <w:p w14:paraId="150C1D24" w14:textId="77777777" w:rsidR="001A39B2" w:rsidRPr="003C3F1D" w:rsidRDefault="006E2B73">
      <w:pPr>
        <w:pStyle w:val="CVEHeading"/>
        <w:spacing w:after="60"/>
        <w:rPr>
          <w:lang w:val="fr-CA"/>
        </w:rPr>
      </w:pPr>
      <w:r w:rsidRPr="003C3F1D">
        <w:rPr>
          <w:lang w:val="fr-CA"/>
        </w:rPr>
        <w:t>GARDEZ UN ŒIL SUR LES DATES IMPORTANTES!</w:t>
      </w:r>
    </w:p>
    <w:p w14:paraId="0CC6BB2F" w14:textId="77777777" w:rsidR="001A39B2" w:rsidRPr="003C3F1D" w:rsidRDefault="006E2B73" w:rsidP="00F727D0">
      <w:pPr>
        <w:jc w:val="both"/>
        <w:rPr>
          <w:lang w:val="fr-CA"/>
        </w:rPr>
      </w:pPr>
      <w:r w:rsidRPr="003C3F1D">
        <w:rPr>
          <w:lang w:val="fr-CA"/>
        </w:rPr>
        <w:t>Nous vous invitons à consulter l’onglet « Important Dates / Dates importantes » afin de connaître les principales dates de la saison 2026–2027.</w:t>
      </w:r>
    </w:p>
    <w:p w14:paraId="3F07AA07" w14:textId="77777777" w:rsidR="001A39B2" w:rsidRPr="003C3F1D" w:rsidRDefault="006E2B73" w:rsidP="00F727D0">
      <w:pPr>
        <w:jc w:val="both"/>
        <w:rPr>
          <w:lang w:val="fr-CA"/>
        </w:rPr>
      </w:pPr>
      <w:r w:rsidRPr="003C3F1D">
        <w:rPr>
          <w:lang w:val="fr-CA"/>
        </w:rPr>
        <w:t>D’autres dates seront ajoutées au fur et à mesure qu’elles seront confirmées.</w:t>
      </w:r>
    </w:p>
    <w:p w14:paraId="2412B1FA" w14:textId="77777777" w:rsidR="001A39B2" w:rsidRPr="003C3F1D" w:rsidRDefault="006E2B73">
      <w:pPr>
        <w:pStyle w:val="CVEHeading"/>
        <w:spacing w:after="60"/>
        <w:rPr>
          <w:lang w:val="fr-CA"/>
        </w:rPr>
      </w:pPr>
      <w:r w:rsidRPr="003C3F1D">
        <w:rPr>
          <w:lang w:val="fr-CA"/>
        </w:rPr>
        <w:t>OPEN PLAY LES SAMEDIS!</w:t>
      </w:r>
    </w:p>
    <w:p w14:paraId="7C4278B7" w14:textId="77777777" w:rsidR="001A39B2" w:rsidRPr="003C3F1D" w:rsidRDefault="006E2B73" w:rsidP="00F727D0">
      <w:pPr>
        <w:jc w:val="both"/>
        <w:rPr>
          <w:lang w:val="fr-CA"/>
        </w:rPr>
      </w:pPr>
      <w:r w:rsidRPr="003C3F1D">
        <w:rPr>
          <w:lang w:val="fr-CA"/>
        </w:rPr>
        <w:t>Nous sommes heureux d’introduire cette saison, à titre d’essai, l’Open Play du samedi!</w:t>
      </w:r>
    </w:p>
    <w:p w14:paraId="1D1E0DD4" w14:textId="77777777" w:rsidR="001A39B2" w:rsidRPr="003C3F1D" w:rsidRDefault="006E2B73" w:rsidP="00F727D0">
      <w:pPr>
        <w:jc w:val="both"/>
        <w:rPr>
          <w:lang w:val="fr-CA"/>
        </w:rPr>
      </w:pPr>
      <w:r w:rsidRPr="003C3F1D">
        <w:rPr>
          <w:lang w:val="fr-CA"/>
        </w:rPr>
        <w:t>Près de 70 % de nos équipes ont répondu à notre sondage et ont choisi un horaire de cinq jours par semaine, laissant ainsi la sixième journée disponible pour l’Open Play.</w:t>
      </w:r>
    </w:p>
    <w:p w14:paraId="25052F8C" w14:textId="77777777" w:rsidR="001A39B2" w:rsidRPr="003C3F1D" w:rsidRDefault="006E2B73" w:rsidP="00F727D0">
      <w:pPr>
        <w:jc w:val="both"/>
        <w:rPr>
          <w:lang w:val="fr-CA"/>
        </w:rPr>
      </w:pPr>
      <w:r w:rsidRPr="003C3F1D">
        <w:rPr>
          <w:lang w:val="fr-CA"/>
        </w:rPr>
        <w:t>Tous les terrains du Parking Lot et du Clubhouse seront donc disponibles pour l’Open Play, tant pour les membres du Club que pour les non-membres.</w:t>
      </w:r>
    </w:p>
    <w:p w14:paraId="52FDC3CF" w14:textId="77777777" w:rsidR="001A39B2" w:rsidRPr="003C3F1D" w:rsidRDefault="006E2B73" w:rsidP="00F727D0">
      <w:pPr>
        <w:jc w:val="both"/>
        <w:rPr>
          <w:lang w:val="fr-CA"/>
        </w:rPr>
      </w:pPr>
      <w:r w:rsidRPr="003C3F1D">
        <w:rPr>
          <w:lang w:val="fr-CA"/>
        </w:rPr>
        <w:t>Les 4 terrains du Clubhouse et les 8 terrains du Parking Lot seront répartis selon les niveaux de jeu.</w:t>
      </w:r>
    </w:p>
    <w:p w14:paraId="6C4DADA5" w14:textId="77777777" w:rsidR="001A39B2" w:rsidRPr="003C3F1D" w:rsidRDefault="006E2B73" w:rsidP="00F727D0">
      <w:pPr>
        <w:jc w:val="both"/>
        <w:rPr>
          <w:lang w:val="fr-CA"/>
        </w:rPr>
      </w:pPr>
      <w:r w:rsidRPr="003C3F1D">
        <w:rPr>
          <w:lang w:val="fr-CA"/>
        </w:rPr>
        <w:t>Un message expliquant en détail le fonctionnement de l’Open Play sera publié sous peu.</w:t>
      </w:r>
    </w:p>
    <w:p w14:paraId="7B0B7DC9" w14:textId="77777777" w:rsidR="001A39B2" w:rsidRPr="003C3F1D" w:rsidRDefault="006E2B73">
      <w:pPr>
        <w:pStyle w:val="CVEHeading"/>
        <w:spacing w:after="60"/>
        <w:rPr>
          <w:lang w:val="fr-CA"/>
        </w:rPr>
      </w:pPr>
      <w:r w:rsidRPr="003C3F1D">
        <w:rPr>
          <w:lang w:val="fr-CA"/>
        </w:rPr>
        <w:t>TERRAINS DE SWANSEA</w:t>
      </w:r>
    </w:p>
    <w:p w14:paraId="02E58920" w14:textId="77777777" w:rsidR="001A39B2" w:rsidRPr="003C3F1D" w:rsidRDefault="006E2B73" w:rsidP="00F727D0">
      <w:pPr>
        <w:jc w:val="both"/>
        <w:rPr>
          <w:lang w:val="fr-CA"/>
        </w:rPr>
      </w:pPr>
      <w:r w:rsidRPr="003C3F1D">
        <w:rPr>
          <w:lang w:val="fr-CA"/>
        </w:rPr>
        <w:t>Pour la saison 2026–2027, le Club utilisera les terrains de Swansea du lundi au vendredi seulement.</w:t>
      </w:r>
    </w:p>
    <w:p w14:paraId="3ACA42E7" w14:textId="77777777" w:rsidR="001A39B2" w:rsidRPr="003C3F1D" w:rsidRDefault="006E2B73" w:rsidP="00F727D0">
      <w:pPr>
        <w:jc w:val="both"/>
        <w:rPr>
          <w:lang w:val="fr-CA"/>
        </w:rPr>
      </w:pPr>
      <w:r w:rsidRPr="003C3F1D">
        <w:rPr>
          <w:lang w:val="fr-CA"/>
        </w:rPr>
        <w:t>Les quatre terrains ne seront pas disponibles pour réservation le samedi, tant pour les membres que pour les non-membres.</w:t>
      </w:r>
    </w:p>
    <w:p w14:paraId="7C756D2F" w14:textId="77777777" w:rsidR="001A39B2" w:rsidRPr="003C3F1D" w:rsidRDefault="006E2B73">
      <w:pPr>
        <w:pStyle w:val="CVEHeading"/>
        <w:spacing w:after="60"/>
        <w:rPr>
          <w:lang w:val="fr-CA"/>
        </w:rPr>
      </w:pPr>
      <w:r w:rsidRPr="003C3F1D">
        <w:rPr>
          <w:lang w:val="fr-CA"/>
        </w:rPr>
        <w:t>AMBASSADEURS</w:t>
      </w:r>
    </w:p>
    <w:p w14:paraId="3FEAB00A" w14:textId="77777777" w:rsidR="001A39B2" w:rsidRPr="003C3F1D" w:rsidRDefault="006E2B73" w:rsidP="00F727D0">
      <w:pPr>
        <w:jc w:val="both"/>
        <w:rPr>
          <w:lang w:val="fr-CA"/>
        </w:rPr>
      </w:pPr>
      <w:r w:rsidRPr="003C3F1D">
        <w:rPr>
          <w:lang w:val="fr-CA"/>
        </w:rPr>
        <w:t>Le programme des Ambassadeurs revient cette année!</w:t>
      </w:r>
    </w:p>
    <w:p w14:paraId="2970552A" w14:textId="77777777" w:rsidR="001A39B2" w:rsidRPr="003C3F1D" w:rsidRDefault="006E2B73" w:rsidP="00F727D0">
      <w:pPr>
        <w:jc w:val="both"/>
        <w:rPr>
          <w:lang w:val="fr-CA"/>
        </w:rPr>
      </w:pPr>
      <w:r w:rsidRPr="003C3F1D">
        <w:rPr>
          <w:lang w:val="fr-CA"/>
        </w:rPr>
        <w:t>Nous tenons encore une fois à remercier tous nos Ambassadeurs et Ambassadrices. Vous avez été nombreux à nous envoyer des messages pour souligner leur travail exceptionnel et leur disponibilité.</w:t>
      </w:r>
    </w:p>
    <w:p w14:paraId="557FE474" w14:textId="77777777" w:rsidR="001A39B2" w:rsidRPr="003C3F1D" w:rsidRDefault="006E2B73" w:rsidP="00F727D0">
      <w:pPr>
        <w:jc w:val="both"/>
        <w:rPr>
          <w:lang w:val="fr-CA"/>
        </w:rPr>
      </w:pPr>
      <w:r w:rsidRPr="003C3F1D">
        <w:rPr>
          <w:lang w:val="fr-CA"/>
        </w:rPr>
        <w:t>Quelques ajustements mineurs seront apportés au programme, mais rien de majeur.</w:t>
      </w:r>
    </w:p>
    <w:p w14:paraId="266C18D3" w14:textId="77777777" w:rsidR="001A39B2" w:rsidRPr="003C3F1D" w:rsidRDefault="006E2B73">
      <w:pPr>
        <w:pStyle w:val="CVEHeading"/>
        <w:spacing w:after="60"/>
        <w:rPr>
          <w:lang w:val="fr-CA"/>
        </w:rPr>
      </w:pPr>
      <w:r w:rsidRPr="003C3F1D">
        <w:rPr>
          <w:lang w:val="fr-CA"/>
        </w:rPr>
        <w:t>LES DIMANCHES ADAM &amp; EVE</w:t>
      </w:r>
    </w:p>
    <w:p w14:paraId="1C011299" w14:textId="77777777" w:rsidR="001A39B2" w:rsidRPr="003C3F1D" w:rsidRDefault="006E2B73" w:rsidP="00F727D0">
      <w:pPr>
        <w:jc w:val="both"/>
        <w:rPr>
          <w:lang w:val="fr-CA"/>
        </w:rPr>
      </w:pPr>
      <w:r w:rsidRPr="003C3F1D">
        <w:rPr>
          <w:lang w:val="fr-CA"/>
        </w:rPr>
        <w:t>Cette activité populaire revient également cette année, encore une fois sous la remarquable coordination de Gilles Généreux et Anne Gauthier.</w:t>
      </w:r>
    </w:p>
    <w:p w14:paraId="7033370B" w14:textId="77777777" w:rsidR="001A39B2" w:rsidRPr="003C3F1D" w:rsidRDefault="006E2B73">
      <w:pPr>
        <w:pStyle w:val="CVEHeading"/>
        <w:spacing w:after="60"/>
        <w:rPr>
          <w:lang w:val="fr-CA"/>
        </w:rPr>
      </w:pPr>
      <w:r w:rsidRPr="003C3F1D">
        <w:rPr>
          <w:lang w:val="fr-CA"/>
        </w:rPr>
        <w:t>RENCONTRE DES CAPITAINES</w:t>
      </w:r>
    </w:p>
    <w:p w14:paraId="77D39B6D" w14:textId="77777777" w:rsidR="001A39B2" w:rsidRDefault="006E2B73" w:rsidP="00F727D0">
      <w:pPr>
        <w:jc w:val="both"/>
        <w:rPr>
          <w:lang w:val="fr-CA"/>
        </w:rPr>
      </w:pPr>
      <w:r w:rsidRPr="003C3F1D">
        <w:rPr>
          <w:lang w:val="fr-CA"/>
        </w:rPr>
        <w:t>La rencontre des capitaines aura lieu le 19 novembre 2026 à 13 h, dans la salle GP A du Clubhouse.</w:t>
      </w:r>
    </w:p>
    <w:p w14:paraId="63EE1C13" w14:textId="77777777" w:rsidR="00F727D0" w:rsidRPr="003C3F1D" w:rsidRDefault="00F727D0" w:rsidP="00F727D0">
      <w:pPr>
        <w:jc w:val="both"/>
        <w:rPr>
          <w:lang w:val="fr-CA"/>
        </w:rPr>
      </w:pPr>
    </w:p>
    <w:p w14:paraId="0BFE9D50" w14:textId="77777777" w:rsidR="001A39B2" w:rsidRPr="003C3F1D" w:rsidRDefault="006E2B73" w:rsidP="00F727D0">
      <w:pPr>
        <w:jc w:val="both"/>
        <w:rPr>
          <w:lang w:val="fr-CA"/>
        </w:rPr>
      </w:pPr>
      <w:r w:rsidRPr="003C3F1D">
        <w:rPr>
          <w:lang w:val="fr-CA"/>
        </w:rPr>
        <w:t xml:space="preserve">Nous avons très hâte de vivre avec vous une autre excellente saison remplie de </w:t>
      </w:r>
      <w:proofErr w:type="spellStart"/>
      <w:r w:rsidRPr="003C3F1D">
        <w:rPr>
          <w:lang w:val="fr-CA"/>
        </w:rPr>
        <w:t>pickleball</w:t>
      </w:r>
      <w:proofErr w:type="spellEnd"/>
      <w:r w:rsidRPr="003C3F1D">
        <w:rPr>
          <w:lang w:val="fr-CA"/>
        </w:rPr>
        <w:t>, de compétition amicale, de nouvelles amitiés et, surtout, de PLAISIR!</w:t>
      </w:r>
    </w:p>
    <w:p w14:paraId="41E5AB27" w14:textId="77777777" w:rsidR="001A39B2" w:rsidRPr="003C3F1D" w:rsidRDefault="006E2B73" w:rsidP="00F727D0">
      <w:pPr>
        <w:spacing w:before="160"/>
        <w:jc w:val="both"/>
        <w:rPr>
          <w:lang w:val="fr-CA"/>
        </w:rPr>
      </w:pPr>
      <w:r w:rsidRPr="003C3F1D">
        <w:rPr>
          <w:i/>
          <w:lang w:val="fr-CA"/>
        </w:rPr>
        <w:t>Faisons de la saison 2026–2027 une autre saison mémorable!</w:t>
      </w:r>
    </w:p>
    <w:p w14:paraId="22E3CDA3" w14:textId="77777777" w:rsidR="001A39B2" w:rsidRPr="003C3F1D" w:rsidRDefault="006E2B73">
      <w:pPr>
        <w:spacing w:before="200" w:after="40"/>
        <w:rPr>
          <w:lang w:val="fr-CA"/>
        </w:rPr>
      </w:pPr>
      <w:r w:rsidRPr="003C3F1D">
        <w:rPr>
          <w:b/>
          <w:lang w:val="fr-CA"/>
        </w:rPr>
        <w:t>Votre conseil d’administration</w:t>
      </w:r>
    </w:p>
    <w:p w14:paraId="1854B139" w14:textId="77777777" w:rsidR="001A39B2" w:rsidRPr="003C3F1D" w:rsidRDefault="006E2B73">
      <w:pPr>
        <w:rPr>
          <w:lang w:val="fr-CA"/>
        </w:rPr>
      </w:pPr>
      <w:r w:rsidRPr="003C3F1D">
        <w:rPr>
          <w:i/>
          <w:lang w:val="fr-CA"/>
        </w:rPr>
        <w:t>Stéphane, Karyn, Lise, Marie-Anne, Jocelyn, Benoit et Peter</w:t>
      </w:r>
    </w:p>
    <w:sectPr w:rsidR="001A39B2" w:rsidRPr="003C3F1D" w:rsidSect="00034616">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683438631">
    <w:abstractNumId w:val="8"/>
  </w:num>
  <w:num w:numId="2" w16cid:durableId="1297444286">
    <w:abstractNumId w:val="6"/>
  </w:num>
  <w:num w:numId="3" w16cid:durableId="380251711">
    <w:abstractNumId w:val="5"/>
  </w:num>
  <w:num w:numId="4" w16cid:durableId="2001302316">
    <w:abstractNumId w:val="4"/>
  </w:num>
  <w:num w:numId="5" w16cid:durableId="1722631500">
    <w:abstractNumId w:val="7"/>
  </w:num>
  <w:num w:numId="6" w16cid:durableId="191505689">
    <w:abstractNumId w:val="3"/>
  </w:num>
  <w:num w:numId="7" w16cid:durableId="206111317">
    <w:abstractNumId w:val="2"/>
  </w:num>
  <w:num w:numId="8" w16cid:durableId="98648947">
    <w:abstractNumId w:val="1"/>
  </w:num>
  <w:num w:numId="9" w16cid:durableId="610170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6A5A"/>
    <w:rsid w:val="0015074B"/>
    <w:rsid w:val="001A39B2"/>
    <w:rsid w:val="0029639D"/>
    <w:rsid w:val="00312839"/>
    <w:rsid w:val="00326F90"/>
    <w:rsid w:val="003C3F1D"/>
    <w:rsid w:val="006B2C13"/>
    <w:rsid w:val="006E2B73"/>
    <w:rsid w:val="008E34B5"/>
    <w:rsid w:val="00AA1D8D"/>
    <w:rsid w:val="00B47730"/>
    <w:rsid w:val="00BA6172"/>
    <w:rsid w:val="00CA737C"/>
    <w:rsid w:val="00CB0664"/>
    <w:rsid w:val="00F727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616AE7"/>
  <w14:defaultImageDpi w14:val="300"/>
  <w15:docId w15:val="{77F5B204-C946-4FE7-9A1E-563BE4B10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5" w:lineRule="auto"/>
    </w:pPr>
    <w:rPr>
      <w:rFonts w:ascii="Arial" w:eastAsia="Arial" w:hAnsi="Arial"/>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ETitle">
    <w:name w:val="CVE Title"/>
    <w:pPr>
      <w:spacing w:after="240"/>
      <w:jc w:val="center"/>
    </w:pPr>
    <w:rPr>
      <w:rFonts w:ascii="Arial" w:eastAsia="Arial" w:hAnsi="Arial"/>
      <w:b/>
      <w:sz w:val="30"/>
    </w:rPr>
  </w:style>
  <w:style w:type="paragraph" w:customStyle="1" w:styleId="CVEHeading">
    <w:name w:val="CVE Heading"/>
    <w:pPr>
      <w:keepNext/>
      <w:spacing w:before="200" w:after="80"/>
    </w:pPr>
    <w:rPr>
      <w:rFonts w:ascii="Arial" w:eastAsia="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1855</Words>
  <Characters>10203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Ginette Cyr</cp:lastModifiedBy>
  <cp:revision>2</cp:revision>
  <dcterms:created xsi:type="dcterms:W3CDTF">2026-09-21T14:29:00Z</dcterms:created>
  <dcterms:modified xsi:type="dcterms:W3CDTF">2026-09-21T14:29:00Z</dcterms:modified>
  <cp:category/>
</cp:coreProperties>
</file>